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0097D" w14:textId="3DDECF79" w:rsidR="00EB0D97" w:rsidRPr="00EB0D97" w:rsidRDefault="00000000">
      <w:pPr>
        <w:jc w:val="right"/>
        <w:rPr>
          <w:lang w:val="bg-BG"/>
        </w:rPr>
      </w:pPr>
      <w:r>
        <w:t>ДО</w:t>
      </w:r>
      <w:r>
        <w:br/>
        <w:t xml:space="preserve">ЗАСТРАХОВАТЕЛНО АКЦИОНЕРНО ДРУЖЕСТВО </w:t>
      </w:r>
      <w:r w:rsidR="00EB0D97">
        <w:rPr>
          <w:lang w:val="bg-BG"/>
        </w:rPr>
        <w:t>/</w:t>
      </w:r>
      <w:r w:rsidR="00EB0D97" w:rsidRPr="004B4F68">
        <w:rPr>
          <w:b/>
          <w:bCs/>
          <w:lang w:val="bg-BG"/>
        </w:rPr>
        <w:t>посочвате името на компаняита</w:t>
      </w:r>
      <w:r w:rsidR="00EB0D97">
        <w:rPr>
          <w:lang w:val="bg-BG"/>
        </w:rPr>
        <w:t>/</w:t>
      </w:r>
    </w:p>
    <w:p w14:paraId="03B91985" w14:textId="77777777" w:rsidR="00EB0D97" w:rsidRDefault="00000000">
      <w:pPr>
        <w:jc w:val="right"/>
        <w:rPr>
          <w:b/>
          <w:lang w:val="bg-BG"/>
        </w:rPr>
      </w:pPr>
      <w:r>
        <w:t xml:space="preserve">ОТ: </w:t>
      </w:r>
      <w:r w:rsidR="00EB0D97">
        <w:rPr>
          <w:b/>
          <w:lang w:val="bg-BG"/>
        </w:rPr>
        <w:t>Вашите имена</w:t>
      </w:r>
    </w:p>
    <w:p w14:paraId="10E4C624" w14:textId="2EBC1A22" w:rsidR="00415E2B" w:rsidRDefault="00000000">
      <w:pPr>
        <w:jc w:val="right"/>
        <w:rPr>
          <w:b/>
          <w:bCs/>
          <w:lang w:val="bg-BG"/>
        </w:rPr>
      </w:pPr>
      <w:r>
        <w:t xml:space="preserve">Имейл: </w:t>
      </w:r>
      <w:r w:rsidR="00EB0D97">
        <w:rPr>
          <w:lang w:val="bg-BG"/>
        </w:rPr>
        <w:t xml:space="preserve"> </w:t>
      </w:r>
      <w:r w:rsidR="00EB0D97" w:rsidRPr="00EB0D97">
        <w:rPr>
          <w:b/>
          <w:bCs/>
          <w:lang w:val="bg-BG"/>
        </w:rPr>
        <w:t>Мейл</w:t>
      </w:r>
    </w:p>
    <w:p w14:paraId="0F6214C1" w14:textId="3CAC9261" w:rsidR="00EB0D97" w:rsidRPr="00EB0D97" w:rsidRDefault="00EB0D97">
      <w:pPr>
        <w:jc w:val="right"/>
        <w:rPr>
          <w:lang w:val="bg-BG"/>
        </w:rPr>
      </w:pPr>
      <w:r>
        <w:rPr>
          <w:b/>
          <w:bCs/>
          <w:lang w:val="bg-BG"/>
        </w:rPr>
        <w:t>Телефон номер</w:t>
      </w:r>
    </w:p>
    <w:p w14:paraId="339219F6" w14:textId="77777777" w:rsidR="00415E2B" w:rsidRDefault="00000000">
      <w:r>
        <w:br/>
      </w:r>
    </w:p>
    <w:p w14:paraId="06FAC5C4" w14:textId="0309B212" w:rsidR="00415E2B" w:rsidRPr="00EB0D97" w:rsidRDefault="00000000">
      <w:pPr>
        <w:jc w:val="center"/>
        <w:rPr>
          <w:lang w:val="bg-BG"/>
        </w:rPr>
      </w:pPr>
      <w:r>
        <w:t xml:space="preserve">ОТНОСНО: </w:t>
      </w:r>
      <w:r>
        <w:rPr>
          <w:b/>
        </w:rPr>
        <w:t>Молба за преразглеждане на изплатено застрахователно обезщетение по претенция № 5</w:t>
      </w:r>
      <w:r w:rsidR="00EB0D97">
        <w:rPr>
          <w:b/>
          <w:lang w:val="bg-BG"/>
        </w:rPr>
        <w:t>4</w:t>
      </w:r>
      <w:r>
        <w:rPr>
          <w:b/>
        </w:rPr>
        <w:t>-04000-002</w:t>
      </w:r>
      <w:r w:rsidR="00EB0D97">
        <w:rPr>
          <w:b/>
          <w:lang w:val="bg-BG"/>
        </w:rPr>
        <w:t>88</w:t>
      </w:r>
      <w:r>
        <w:rPr>
          <w:b/>
        </w:rPr>
        <w:t>/26/</w:t>
      </w:r>
      <w:r w:rsidR="00EB0D97">
        <w:rPr>
          <w:b/>
          <w:lang w:val="bg-BG"/>
        </w:rPr>
        <w:t>16</w:t>
      </w:r>
      <w:r>
        <w:rPr>
          <w:b/>
        </w:rPr>
        <w:t>.08.202</w:t>
      </w:r>
      <w:r w:rsidR="00EB0D97">
        <w:rPr>
          <w:b/>
          <w:lang w:val="bg-BG"/>
        </w:rPr>
        <w:t>5</w:t>
      </w:r>
      <w:r>
        <w:rPr>
          <w:b/>
        </w:rPr>
        <w:br/>
        <w:t>ПОЛИЦА №: BG/03/5260012791</w:t>
      </w:r>
      <w:r w:rsidR="00EB0D97">
        <w:rPr>
          <w:b/>
          <w:lang w:val="bg-BG"/>
        </w:rPr>
        <w:t>42 /номера на виновната полица/</w:t>
      </w:r>
    </w:p>
    <w:p w14:paraId="5D81AA0C" w14:textId="7DCC706B" w:rsidR="00415E2B" w:rsidRDefault="00000000">
      <w:r>
        <w:br/>
        <w:t>Уважаеми господа,</w:t>
      </w:r>
    </w:p>
    <w:p w14:paraId="526570E4" w14:textId="2AA17146" w:rsidR="00415E2B" w:rsidRDefault="00000000" w:rsidP="008E3E25">
      <w:pPr>
        <w:ind w:firstLine="1134"/>
        <w:jc w:val="both"/>
      </w:pPr>
      <w:r>
        <w:t xml:space="preserve">В качеството си на собственик </w:t>
      </w:r>
      <w:r w:rsidR="002B57BF">
        <w:rPr>
          <w:lang w:val="bg-BG"/>
        </w:rPr>
        <w:t xml:space="preserve">на </w:t>
      </w:r>
      <w:r>
        <w:t xml:space="preserve"> </w:t>
      </w:r>
      <w:r w:rsidR="00197FB8">
        <w:rPr>
          <w:lang w:val="bg-BG"/>
        </w:rPr>
        <w:t>МПС</w:t>
      </w:r>
      <w:r w:rsidR="002B57BF">
        <w:rPr>
          <w:lang w:val="bg-BG"/>
        </w:rPr>
        <w:t xml:space="preserve"> пострадал от притежателя на горе посочената полица гражданска отговорнсот </w:t>
      </w:r>
      <w:r w:rsidR="00197FB8">
        <w:rPr>
          <w:lang w:val="bg-BG"/>
        </w:rPr>
        <w:t xml:space="preserve"> </w:t>
      </w:r>
      <w:r>
        <w:t xml:space="preserve">, се обръщам към Вас във връзка с регистрирана щета на собствения ми лек автомобил марка Audi, модел Q7, </w:t>
      </w:r>
      <w:r w:rsidR="008E3E25">
        <w:rPr>
          <w:lang w:val="bg-BG"/>
        </w:rPr>
        <w:t xml:space="preserve">  </w:t>
      </w:r>
      <w:r>
        <w:t>с регистрационен номер</w:t>
      </w:r>
      <w:r w:rsidR="008E3E25">
        <w:rPr>
          <w:lang w:val="bg-BG"/>
        </w:rPr>
        <w:t xml:space="preserve">          /номера на вашата кола/</w:t>
      </w:r>
      <w:r>
        <w:t>.</w:t>
      </w:r>
      <w:r>
        <w:br/>
      </w:r>
      <w:r>
        <w:br/>
        <w:t xml:space="preserve">След извършения оглед на </w:t>
      </w:r>
      <w:r w:rsidR="008E3E25">
        <w:rPr>
          <w:lang w:val="bg-BG"/>
        </w:rPr>
        <w:t>16</w:t>
      </w:r>
      <w:r>
        <w:t>.08.2026 г. бяха констатирани следните увреждания:</w:t>
      </w:r>
      <w:r>
        <w:br/>
        <w:t>1. Облицовка предна броня (Ремонт Тежък, Боя)</w:t>
      </w:r>
      <w:r>
        <w:br/>
        <w:t>2. Лайсна хром предна броня среда (Подмяна)</w:t>
      </w:r>
      <w:r>
        <w:br/>
      </w:r>
      <w:r>
        <w:br/>
        <w:t>С настоящата молба заявявам категоричното си несъгласие с размера на преведеното ми застрахователно обезщетение по тази претенция. Изплатената сума е крайно недостатъчна и не отговаря на реалните пазарни цени за труд, материали и резервни части, необходими за качественото отстраняване на описаните щети по автомобила.</w:t>
      </w:r>
      <w:r>
        <w:br/>
      </w:r>
      <w:r>
        <w:br/>
        <w:t>Предвид гореизложеното, моля щетата да бъде преразгледана и размерът на обезщетението да бъде коригиран (доплатен), така че да покрива действителната стойност на необходимия ремонт. При необходимост мога да предоставя оферта/проформа фактура от сервиз за стойността на ремонта.</w:t>
      </w:r>
      <w:r>
        <w:br/>
      </w:r>
      <w:r>
        <w:br/>
        <w:t>Бих желал въпросът да бъде решен доброволно и в дух на коректни взаимоотношения. В случай обаче, че молбата ми не бъде удовлетворена, запазвам правото си да отнеса въпроса към Комисията за финансов надзор (КФН), както и да потърся правата си по съдебен ред, като към иска ще бъдат добавени и всички произтичащи от това съдебни и адвокатски разноски.</w:t>
      </w:r>
    </w:p>
    <w:p w14:paraId="18A8AF33" w14:textId="77777777" w:rsidR="00415E2B" w:rsidRDefault="00000000">
      <w:r>
        <w:lastRenderedPageBreak/>
        <w:br/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415E2B" w14:paraId="1ACC7C24" w14:textId="77777777">
        <w:tc>
          <w:tcPr>
            <w:tcW w:w="4680" w:type="dxa"/>
          </w:tcPr>
          <w:p w14:paraId="1A55FF3D" w14:textId="77777777" w:rsidR="00415E2B" w:rsidRDefault="00000000">
            <w:r>
              <w:t>Дата: 20.08.2026 г.</w:t>
            </w:r>
            <w:r>
              <w:br/>
              <w:t>Град: Варна</w:t>
            </w:r>
          </w:p>
        </w:tc>
        <w:tc>
          <w:tcPr>
            <w:tcW w:w="4680" w:type="dxa"/>
          </w:tcPr>
          <w:p w14:paraId="702D741D" w14:textId="6CA0EE2B" w:rsidR="00415E2B" w:rsidRDefault="00000000">
            <w:pPr>
              <w:jc w:val="right"/>
            </w:pPr>
            <w:r>
              <w:t>С уважение: ..........................</w:t>
            </w:r>
            <w:r>
              <w:br/>
              <w:t>(</w:t>
            </w:r>
            <w:r w:rsidR="008E3E25">
              <w:rPr>
                <w:lang w:val="bg-BG"/>
              </w:rPr>
              <w:t>Име фамилия</w:t>
            </w:r>
            <w:r>
              <w:t>)</w:t>
            </w:r>
          </w:p>
        </w:tc>
      </w:tr>
    </w:tbl>
    <w:p w14:paraId="31C33171" w14:textId="77777777" w:rsidR="002A73F0" w:rsidRDefault="002A73F0"/>
    <w:sectPr w:rsidR="002A73F0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80295621">
    <w:abstractNumId w:val="8"/>
  </w:num>
  <w:num w:numId="2" w16cid:durableId="530387228">
    <w:abstractNumId w:val="6"/>
  </w:num>
  <w:num w:numId="3" w16cid:durableId="1213231594">
    <w:abstractNumId w:val="5"/>
  </w:num>
  <w:num w:numId="4" w16cid:durableId="2017415411">
    <w:abstractNumId w:val="4"/>
  </w:num>
  <w:num w:numId="5" w16cid:durableId="1789810378">
    <w:abstractNumId w:val="7"/>
  </w:num>
  <w:num w:numId="6" w16cid:durableId="311179230">
    <w:abstractNumId w:val="3"/>
  </w:num>
  <w:num w:numId="7" w16cid:durableId="393821901">
    <w:abstractNumId w:val="2"/>
  </w:num>
  <w:num w:numId="8" w16cid:durableId="16390169">
    <w:abstractNumId w:val="1"/>
  </w:num>
  <w:num w:numId="9" w16cid:durableId="1507403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FB8"/>
    <w:rsid w:val="0029639D"/>
    <w:rsid w:val="002A73F0"/>
    <w:rsid w:val="002B57BF"/>
    <w:rsid w:val="00326F90"/>
    <w:rsid w:val="00415E2B"/>
    <w:rsid w:val="004B4F68"/>
    <w:rsid w:val="005E629F"/>
    <w:rsid w:val="008E3E25"/>
    <w:rsid w:val="00AA1D8D"/>
    <w:rsid w:val="00B47730"/>
    <w:rsid w:val="00CB0664"/>
    <w:rsid w:val="00E5111B"/>
    <w:rsid w:val="00EB0D9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2AFC18"/>
  <w14:defaultImageDpi w14:val="300"/>
  <w15:docId w15:val="{BA33D87A-CB00-41DE-9F62-CDD434BB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yuliyan dimitrov</cp:lastModifiedBy>
  <cp:revision>6</cp:revision>
  <dcterms:created xsi:type="dcterms:W3CDTF">2013-12-23T23:15:00Z</dcterms:created>
  <dcterms:modified xsi:type="dcterms:W3CDTF">2026-08-22T13:51:00Z</dcterms:modified>
  <cp:category/>
</cp:coreProperties>
</file>